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7940D8A" w14:textId="77777777" w:rsidR="009E1BE4" w:rsidRPr="00B31656" w:rsidRDefault="00883E31" w:rsidP="00B31656">
      <w:pPr>
        <w:spacing w:after="20" w:line="36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B31656">
        <w:rPr>
          <w:rFonts w:ascii="Times New Roman" w:hAnsi="Times New Roman" w:cs="Times New Roman"/>
          <w:b/>
          <w:sz w:val="28"/>
          <w:szCs w:val="28"/>
        </w:rPr>
        <w:t>KARTA ZGŁOSZENIA</w:t>
      </w:r>
    </w:p>
    <w:p w14:paraId="05D85BCD" w14:textId="77777777" w:rsidR="009E1BE4" w:rsidRPr="00B31656" w:rsidRDefault="00883E31" w:rsidP="00B31656">
      <w:pPr>
        <w:spacing w:after="20" w:line="36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B31656">
        <w:rPr>
          <w:rFonts w:ascii="Times New Roman" w:hAnsi="Times New Roman" w:cs="Times New Roman"/>
          <w:b/>
          <w:sz w:val="28"/>
          <w:szCs w:val="28"/>
        </w:rPr>
        <w:t>VI Gminny Konkurs Profilaktyczny 2026</w:t>
      </w:r>
    </w:p>
    <w:p w14:paraId="584673E7" w14:textId="77777777" w:rsidR="009E1BE4" w:rsidRPr="00B31656" w:rsidRDefault="00883E31" w:rsidP="00B31656">
      <w:pPr>
        <w:spacing w:after="140" w:line="360" w:lineRule="auto"/>
        <w:jc w:val="center"/>
        <w:rPr>
          <w:rFonts w:ascii="Times New Roman" w:hAnsi="Times New Roman" w:cs="Times New Roman"/>
          <w:b/>
          <w:i/>
          <w:sz w:val="28"/>
          <w:szCs w:val="28"/>
        </w:rPr>
      </w:pPr>
      <w:r w:rsidRPr="00B31656">
        <w:rPr>
          <w:rFonts w:ascii="Times New Roman" w:hAnsi="Times New Roman" w:cs="Times New Roman"/>
          <w:b/>
          <w:i/>
          <w:sz w:val="28"/>
          <w:szCs w:val="28"/>
        </w:rPr>
        <w:t>„HEJT? NIE LAJKUJĘ!”</w:t>
      </w:r>
    </w:p>
    <w:p w14:paraId="72C84712" w14:textId="77777777" w:rsidR="00B31656" w:rsidRPr="00B31656" w:rsidRDefault="00B31656" w:rsidP="00B31656">
      <w:pPr>
        <w:spacing w:after="140" w:line="360" w:lineRule="auto"/>
        <w:jc w:val="center"/>
        <w:rPr>
          <w:rFonts w:ascii="Times New Roman" w:hAnsi="Times New Roman" w:cs="Times New Roman"/>
          <w:b/>
          <w:i/>
          <w:sz w:val="24"/>
          <w:szCs w:val="24"/>
        </w:rPr>
      </w:pPr>
    </w:p>
    <w:p w14:paraId="39D9A96D" w14:textId="77777777" w:rsidR="00B31656" w:rsidRPr="00B31656" w:rsidRDefault="00B31656" w:rsidP="00B31656">
      <w:pPr>
        <w:spacing w:after="140" w:line="36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21D95A1C" w14:textId="79F07E99" w:rsidR="009E1BE4" w:rsidRPr="00B31656" w:rsidRDefault="00883E31" w:rsidP="00B31656">
      <w:pPr>
        <w:spacing w:after="10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31656">
        <w:rPr>
          <w:rFonts w:ascii="Times New Roman" w:hAnsi="Times New Roman" w:cs="Times New Roman"/>
          <w:b/>
          <w:sz w:val="24"/>
          <w:szCs w:val="24"/>
        </w:rPr>
        <w:t xml:space="preserve">Imię i nazwisko uczestnika  </w:t>
      </w:r>
      <w:r w:rsidRPr="00B31656">
        <w:rPr>
          <w:rFonts w:ascii="Times New Roman" w:hAnsi="Times New Roman" w:cs="Times New Roman"/>
          <w:sz w:val="24"/>
          <w:szCs w:val="24"/>
        </w:rPr>
        <w:t>................................................................................</w:t>
      </w:r>
      <w:r w:rsidR="00B31656">
        <w:rPr>
          <w:rFonts w:ascii="Times New Roman" w:hAnsi="Times New Roman" w:cs="Times New Roman"/>
          <w:sz w:val="24"/>
          <w:szCs w:val="24"/>
        </w:rPr>
        <w:t>.......................</w:t>
      </w:r>
      <w:r w:rsidR="00017562">
        <w:rPr>
          <w:rFonts w:ascii="Times New Roman" w:hAnsi="Times New Roman" w:cs="Times New Roman"/>
          <w:sz w:val="24"/>
          <w:szCs w:val="24"/>
        </w:rPr>
        <w:t>......</w:t>
      </w:r>
    </w:p>
    <w:p w14:paraId="2A629AF2" w14:textId="2F817BB6" w:rsidR="009E1BE4" w:rsidRPr="00B31656" w:rsidRDefault="00883E31" w:rsidP="00B31656">
      <w:pPr>
        <w:spacing w:after="10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31656">
        <w:rPr>
          <w:rFonts w:ascii="Times New Roman" w:hAnsi="Times New Roman" w:cs="Times New Roman"/>
          <w:b/>
          <w:sz w:val="24"/>
          <w:szCs w:val="24"/>
        </w:rPr>
        <w:t>Klasa</w:t>
      </w:r>
      <w:r w:rsidRPr="00B31656">
        <w:rPr>
          <w:rFonts w:ascii="Times New Roman" w:hAnsi="Times New Roman" w:cs="Times New Roman"/>
          <w:sz w:val="24"/>
          <w:szCs w:val="24"/>
        </w:rPr>
        <w:t>................................................................................</w:t>
      </w:r>
      <w:r w:rsidR="00B31656">
        <w:rPr>
          <w:rFonts w:ascii="Times New Roman" w:hAnsi="Times New Roman" w:cs="Times New Roman"/>
          <w:sz w:val="24"/>
          <w:szCs w:val="24"/>
        </w:rPr>
        <w:t>..................................................................</w:t>
      </w:r>
    </w:p>
    <w:p w14:paraId="23DF074A" w14:textId="2AE0D860" w:rsidR="009E1BE4" w:rsidRPr="00B31656" w:rsidRDefault="00883E31" w:rsidP="00B31656">
      <w:pPr>
        <w:spacing w:after="10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31656">
        <w:rPr>
          <w:rFonts w:ascii="Times New Roman" w:hAnsi="Times New Roman" w:cs="Times New Roman"/>
          <w:b/>
          <w:sz w:val="24"/>
          <w:szCs w:val="24"/>
        </w:rPr>
        <w:t>Szkoł</w:t>
      </w:r>
      <w:r>
        <w:rPr>
          <w:rFonts w:ascii="Times New Roman" w:hAnsi="Times New Roman" w:cs="Times New Roman"/>
          <w:b/>
          <w:sz w:val="24"/>
          <w:szCs w:val="24"/>
        </w:rPr>
        <w:t>a</w:t>
      </w:r>
      <w:r w:rsidRPr="00B31656">
        <w:rPr>
          <w:rFonts w:ascii="Times New Roman" w:hAnsi="Times New Roman" w:cs="Times New Roman"/>
          <w:sz w:val="24"/>
          <w:szCs w:val="24"/>
        </w:rPr>
        <w:t>................................................................................</w:t>
      </w:r>
      <w:r w:rsidR="00B31656">
        <w:rPr>
          <w:rFonts w:ascii="Times New Roman" w:hAnsi="Times New Roman" w:cs="Times New Roman"/>
          <w:sz w:val="24"/>
          <w:szCs w:val="24"/>
        </w:rPr>
        <w:t>.................................................................</w:t>
      </w:r>
    </w:p>
    <w:p w14:paraId="3E275F66" w14:textId="77777777" w:rsidR="009E1BE4" w:rsidRPr="00B31656" w:rsidRDefault="00883E31" w:rsidP="00B31656">
      <w:pPr>
        <w:spacing w:after="10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31656">
        <w:rPr>
          <w:rFonts w:ascii="Times New Roman" w:hAnsi="Times New Roman" w:cs="Times New Roman"/>
          <w:b/>
          <w:sz w:val="24"/>
          <w:szCs w:val="24"/>
        </w:rPr>
        <w:t xml:space="preserve">Kategoria: </w:t>
      </w:r>
      <w:r w:rsidRPr="00B31656">
        <w:rPr>
          <w:rFonts w:ascii="Segoe UI Symbol" w:hAnsi="Segoe UI Symbol" w:cs="Segoe UI Symbol"/>
          <w:sz w:val="24"/>
          <w:szCs w:val="24"/>
        </w:rPr>
        <w:t>☐</w:t>
      </w:r>
      <w:r w:rsidRPr="00B31656">
        <w:rPr>
          <w:rFonts w:ascii="Times New Roman" w:hAnsi="Times New Roman" w:cs="Times New Roman"/>
          <w:sz w:val="24"/>
          <w:szCs w:val="24"/>
        </w:rPr>
        <w:t xml:space="preserve"> I (kl. I–III)     </w:t>
      </w:r>
      <w:r w:rsidRPr="00B31656">
        <w:rPr>
          <w:rFonts w:ascii="Segoe UI Symbol" w:hAnsi="Segoe UI Symbol" w:cs="Segoe UI Symbol"/>
          <w:sz w:val="24"/>
          <w:szCs w:val="24"/>
        </w:rPr>
        <w:t>☐</w:t>
      </w:r>
      <w:r w:rsidRPr="00B31656">
        <w:rPr>
          <w:rFonts w:ascii="Times New Roman" w:hAnsi="Times New Roman" w:cs="Times New Roman"/>
          <w:sz w:val="24"/>
          <w:szCs w:val="24"/>
        </w:rPr>
        <w:t xml:space="preserve"> II (kl. IV–VI)     </w:t>
      </w:r>
      <w:r w:rsidRPr="00B31656">
        <w:rPr>
          <w:rFonts w:ascii="Segoe UI Symbol" w:hAnsi="Segoe UI Symbol" w:cs="Segoe UI Symbol"/>
          <w:sz w:val="24"/>
          <w:szCs w:val="24"/>
        </w:rPr>
        <w:t>☐</w:t>
      </w:r>
      <w:r w:rsidRPr="00B31656">
        <w:rPr>
          <w:rFonts w:ascii="Times New Roman" w:hAnsi="Times New Roman" w:cs="Times New Roman"/>
          <w:sz w:val="24"/>
          <w:szCs w:val="24"/>
        </w:rPr>
        <w:t xml:space="preserve"> III (kl. VII–VIII)</w:t>
      </w:r>
    </w:p>
    <w:p w14:paraId="0783AAC5" w14:textId="653240D1" w:rsidR="009E1BE4" w:rsidRPr="00B31656" w:rsidRDefault="00883E31" w:rsidP="00B31656">
      <w:pPr>
        <w:spacing w:after="10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31656">
        <w:rPr>
          <w:rFonts w:ascii="Times New Roman" w:hAnsi="Times New Roman" w:cs="Times New Roman"/>
          <w:b/>
          <w:sz w:val="24"/>
          <w:szCs w:val="24"/>
        </w:rPr>
        <w:t xml:space="preserve">Imię i nazwisko rodzica/opiekuna  </w:t>
      </w:r>
      <w:r w:rsidRPr="00B31656">
        <w:rPr>
          <w:rFonts w:ascii="Times New Roman" w:hAnsi="Times New Roman" w:cs="Times New Roman"/>
          <w:sz w:val="24"/>
          <w:szCs w:val="24"/>
        </w:rPr>
        <w:t>................................................................................</w:t>
      </w:r>
      <w:r w:rsidR="00B31656">
        <w:rPr>
          <w:rFonts w:ascii="Times New Roman" w:hAnsi="Times New Roman" w:cs="Times New Roman"/>
          <w:sz w:val="24"/>
          <w:szCs w:val="24"/>
        </w:rPr>
        <w:t>................</w:t>
      </w:r>
      <w:r w:rsidR="00017562">
        <w:rPr>
          <w:rFonts w:ascii="Times New Roman" w:hAnsi="Times New Roman" w:cs="Times New Roman"/>
          <w:sz w:val="24"/>
          <w:szCs w:val="24"/>
        </w:rPr>
        <w:t>.</w:t>
      </w:r>
    </w:p>
    <w:p w14:paraId="613AEB75" w14:textId="2ACDA65C" w:rsidR="009E1BE4" w:rsidRPr="00B31656" w:rsidRDefault="00883E31" w:rsidP="00B31656">
      <w:pPr>
        <w:spacing w:after="10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31656">
        <w:rPr>
          <w:rFonts w:ascii="Times New Roman" w:hAnsi="Times New Roman" w:cs="Times New Roman"/>
          <w:b/>
          <w:sz w:val="24"/>
          <w:szCs w:val="24"/>
        </w:rPr>
        <w:t xml:space="preserve">Telefon kontaktowy  </w:t>
      </w:r>
      <w:r w:rsidRPr="00B31656">
        <w:rPr>
          <w:rFonts w:ascii="Times New Roman" w:hAnsi="Times New Roman" w:cs="Times New Roman"/>
          <w:sz w:val="24"/>
          <w:szCs w:val="24"/>
        </w:rPr>
        <w:t>................................................................................</w:t>
      </w:r>
      <w:r w:rsidR="00B31656">
        <w:rPr>
          <w:rFonts w:ascii="Times New Roman" w:hAnsi="Times New Roman" w:cs="Times New Roman"/>
          <w:sz w:val="24"/>
          <w:szCs w:val="24"/>
        </w:rPr>
        <w:t>........................................</w:t>
      </w:r>
    </w:p>
    <w:p w14:paraId="2C67C192" w14:textId="77777777" w:rsidR="009E1BE4" w:rsidRPr="00B31656" w:rsidRDefault="00883E31" w:rsidP="00B31656">
      <w:pPr>
        <w:spacing w:before="60" w:after="6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31656">
        <w:rPr>
          <w:rFonts w:ascii="Times New Roman" w:hAnsi="Times New Roman" w:cs="Times New Roman"/>
          <w:sz w:val="24"/>
          <w:szCs w:val="24"/>
        </w:rPr>
        <w:t>Oświadczam, że zapoznałem/am się z regulaminem konkursu i akceptuję jego postanowienia.</w:t>
      </w:r>
    </w:p>
    <w:p w14:paraId="2379BE41" w14:textId="77777777" w:rsidR="009E1BE4" w:rsidRPr="00B31656" w:rsidRDefault="00883E31" w:rsidP="00B31656">
      <w:pPr>
        <w:spacing w:after="4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31656">
        <w:rPr>
          <w:rFonts w:ascii="Times New Roman" w:hAnsi="Times New Roman" w:cs="Times New Roman"/>
          <w:b/>
          <w:sz w:val="24"/>
          <w:szCs w:val="24"/>
        </w:rPr>
        <w:t xml:space="preserve">Zgoda na publikację wizerunku dziecka: </w:t>
      </w:r>
      <w:r w:rsidRPr="00B31656">
        <w:rPr>
          <w:rFonts w:ascii="Segoe UI Symbol" w:hAnsi="Segoe UI Symbol" w:cs="Segoe UI Symbol"/>
          <w:sz w:val="24"/>
          <w:szCs w:val="24"/>
        </w:rPr>
        <w:t>☐</w:t>
      </w:r>
      <w:r w:rsidRPr="00B31656">
        <w:rPr>
          <w:rFonts w:ascii="Times New Roman" w:hAnsi="Times New Roman" w:cs="Times New Roman"/>
          <w:sz w:val="24"/>
          <w:szCs w:val="24"/>
        </w:rPr>
        <w:t xml:space="preserve"> TAK   </w:t>
      </w:r>
      <w:r w:rsidRPr="00B31656">
        <w:rPr>
          <w:rFonts w:ascii="Segoe UI Symbol" w:hAnsi="Segoe UI Symbol" w:cs="Segoe UI Symbol"/>
          <w:sz w:val="24"/>
          <w:szCs w:val="24"/>
        </w:rPr>
        <w:t>☐</w:t>
      </w:r>
      <w:r w:rsidRPr="00B31656">
        <w:rPr>
          <w:rFonts w:ascii="Times New Roman" w:hAnsi="Times New Roman" w:cs="Times New Roman"/>
          <w:sz w:val="24"/>
          <w:szCs w:val="24"/>
        </w:rPr>
        <w:t xml:space="preserve"> NIE</w:t>
      </w:r>
    </w:p>
    <w:p w14:paraId="108490A5" w14:textId="77777777" w:rsidR="009E1BE4" w:rsidRDefault="00883E31" w:rsidP="00B31656">
      <w:pPr>
        <w:spacing w:after="12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31656">
        <w:rPr>
          <w:rFonts w:ascii="Times New Roman" w:hAnsi="Times New Roman" w:cs="Times New Roman"/>
          <w:b/>
          <w:sz w:val="24"/>
          <w:szCs w:val="24"/>
        </w:rPr>
        <w:t xml:space="preserve">Zgoda na publikację imienia, nazwiska i szkoły dziecka: </w:t>
      </w:r>
      <w:r w:rsidRPr="00B31656">
        <w:rPr>
          <w:rFonts w:ascii="Segoe UI Symbol" w:hAnsi="Segoe UI Symbol" w:cs="Segoe UI Symbol"/>
          <w:sz w:val="24"/>
          <w:szCs w:val="24"/>
        </w:rPr>
        <w:t>☐</w:t>
      </w:r>
      <w:r w:rsidRPr="00B31656">
        <w:rPr>
          <w:rFonts w:ascii="Times New Roman" w:hAnsi="Times New Roman" w:cs="Times New Roman"/>
          <w:sz w:val="24"/>
          <w:szCs w:val="24"/>
        </w:rPr>
        <w:t xml:space="preserve"> TAK   </w:t>
      </w:r>
      <w:r w:rsidRPr="00B31656">
        <w:rPr>
          <w:rFonts w:ascii="Segoe UI Symbol" w:hAnsi="Segoe UI Symbol" w:cs="Segoe UI Symbol"/>
          <w:sz w:val="24"/>
          <w:szCs w:val="24"/>
        </w:rPr>
        <w:t>☐</w:t>
      </w:r>
      <w:r w:rsidRPr="00B31656">
        <w:rPr>
          <w:rFonts w:ascii="Times New Roman" w:hAnsi="Times New Roman" w:cs="Times New Roman"/>
          <w:sz w:val="24"/>
          <w:szCs w:val="24"/>
        </w:rPr>
        <w:t xml:space="preserve"> NIE</w:t>
      </w:r>
    </w:p>
    <w:p w14:paraId="3F555BDD" w14:textId="77777777" w:rsidR="00B31656" w:rsidRDefault="00B31656" w:rsidP="00B31656">
      <w:pPr>
        <w:spacing w:after="120"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729133BB" w14:textId="77777777" w:rsidR="00B31656" w:rsidRPr="00B31656" w:rsidRDefault="00B31656" w:rsidP="00B31656">
      <w:pPr>
        <w:spacing w:after="120"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48ADB2ED" w14:textId="7B47EFBA" w:rsidR="009E1BE4" w:rsidRPr="00B31656" w:rsidRDefault="00883E31" w:rsidP="00B31656">
      <w:pPr>
        <w:spacing w:after="4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31656">
        <w:rPr>
          <w:rFonts w:ascii="Times New Roman" w:hAnsi="Times New Roman" w:cs="Times New Roman"/>
          <w:sz w:val="24"/>
          <w:szCs w:val="24"/>
        </w:rPr>
        <w:t>......</w:t>
      </w:r>
      <w:r w:rsidRPr="00B31656">
        <w:rPr>
          <w:rFonts w:ascii="Times New Roman" w:hAnsi="Times New Roman" w:cs="Times New Roman"/>
          <w:sz w:val="24"/>
          <w:szCs w:val="24"/>
        </w:rPr>
        <w:t xml:space="preserve">.........................................                </w:t>
      </w:r>
      <w:r w:rsidR="00B31656">
        <w:rPr>
          <w:rFonts w:ascii="Times New Roman" w:hAnsi="Times New Roman" w:cs="Times New Roman"/>
          <w:sz w:val="24"/>
          <w:szCs w:val="24"/>
        </w:rPr>
        <w:tab/>
      </w:r>
      <w:r w:rsidR="00B31656">
        <w:rPr>
          <w:rFonts w:ascii="Times New Roman" w:hAnsi="Times New Roman" w:cs="Times New Roman"/>
          <w:sz w:val="24"/>
          <w:szCs w:val="24"/>
        </w:rPr>
        <w:tab/>
      </w:r>
      <w:r w:rsidRPr="00B31656">
        <w:rPr>
          <w:rFonts w:ascii="Times New Roman" w:hAnsi="Times New Roman" w:cs="Times New Roman"/>
          <w:sz w:val="24"/>
          <w:szCs w:val="24"/>
        </w:rPr>
        <w:t>.............................................</w:t>
      </w:r>
      <w:r w:rsidR="00017562">
        <w:rPr>
          <w:rFonts w:ascii="Times New Roman" w:hAnsi="Times New Roman" w:cs="Times New Roman"/>
          <w:sz w:val="24"/>
          <w:szCs w:val="24"/>
        </w:rPr>
        <w:t>...........................</w:t>
      </w:r>
    </w:p>
    <w:p w14:paraId="4AB615A6" w14:textId="2C768661" w:rsidR="009E1BE4" w:rsidRPr="00B31656" w:rsidRDefault="00883E31" w:rsidP="00B31656">
      <w:pPr>
        <w:spacing w:after="10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31656">
        <w:rPr>
          <w:rFonts w:ascii="Times New Roman" w:hAnsi="Times New Roman" w:cs="Times New Roman"/>
          <w:sz w:val="24"/>
          <w:szCs w:val="24"/>
        </w:rPr>
        <w:t xml:space="preserve">                  data                                      </w:t>
      </w:r>
      <w:r w:rsidR="00B31656">
        <w:rPr>
          <w:rFonts w:ascii="Times New Roman" w:hAnsi="Times New Roman" w:cs="Times New Roman"/>
          <w:sz w:val="24"/>
          <w:szCs w:val="24"/>
        </w:rPr>
        <w:tab/>
      </w:r>
      <w:r w:rsidR="00B31656">
        <w:rPr>
          <w:rFonts w:ascii="Times New Roman" w:hAnsi="Times New Roman" w:cs="Times New Roman"/>
          <w:sz w:val="24"/>
          <w:szCs w:val="24"/>
        </w:rPr>
        <w:tab/>
      </w:r>
      <w:r w:rsidR="00B31656">
        <w:rPr>
          <w:rFonts w:ascii="Times New Roman" w:hAnsi="Times New Roman" w:cs="Times New Roman"/>
          <w:sz w:val="24"/>
          <w:szCs w:val="24"/>
        </w:rPr>
        <w:tab/>
      </w:r>
      <w:r w:rsidRPr="00B31656">
        <w:rPr>
          <w:rFonts w:ascii="Times New Roman" w:hAnsi="Times New Roman" w:cs="Times New Roman"/>
          <w:sz w:val="24"/>
          <w:szCs w:val="24"/>
        </w:rPr>
        <w:t>czytelny podpis rodzica/opiekuna</w:t>
      </w:r>
    </w:p>
    <w:p w14:paraId="186AB2C4" w14:textId="77777777" w:rsidR="00B31656" w:rsidRDefault="00B31656" w:rsidP="00B31656">
      <w:pPr>
        <w:spacing w:before="80" w:after="20"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773711C9" w14:textId="77777777" w:rsidR="00B31656" w:rsidRDefault="00B31656" w:rsidP="00B31656">
      <w:pPr>
        <w:spacing w:before="80" w:after="20"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46695C31" w14:textId="0987D7B6" w:rsidR="009E1BE4" w:rsidRPr="00B31656" w:rsidRDefault="00883E31" w:rsidP="00B31656">
      <w:pPr>
        <w:spacing w:before="80" w:after="2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31656">
        <w:rPr>
          <w:rFonts w:ascii="Times New Roman" w:hAnsi="Times New Roman" w:cs="Times New Roman"/>
          <w:b/>
          <w:sz w:val="24"/>
          <w:szCs w:val="24"/>
        </w:rPr>
        <w:t>Termin zgłoszeń: 30.1</w:t>
      </w:r>
      <w:r w:rsidR="00E31F25">
        <w:rPr>
          <w:rFonts w:ascii="Times New Roman" w:hAnsi="Times New Roman" w:cs="Times New Roman"/>
          <w:b/>
          <w:sz w:val="24"/>
          <w:szCs w:val="24"/>
        </w:rPr>
        <w:t>1</w:t>
      </w:r>
      <w:r w:rsidRPr="00B31656">
        <w:rPr>
          <w:rFonts w:ascii="Times New Roman" w:hAnsi="Times New Roman" w:cs="Times New Roman"/>
          <w:b/>
          <w:sz w:val="24"/>
          <w:szCs w:val="24"/>
        </w:rPr>
        <w:t>.2026 r.  |  Prace i kartę należy przesłać na: konkurs@lisiagora.pl</w:t>
      </w:r>
    </w:p>
    <w:p w14:paraId="5302AA4D" w14:textId="77777777" w:rsidR="009E1BE4" w:rsidRPr="00B31656" w:rsidRDefault="00883E31" w:rsidP="00B31656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31656">
        <w:rPr>
          <w:rFonts w:ascii="Times New Roman" w:hAnsi="Times New Roman" w:cs="Times New Roman"/>
          <w:sz w:val="24"/>
          <w:szCs w:val="24"/>
        </w:rPr>
        <w:t>Organizatorzy: Wójt Gminy Lisia Góra, GCKiC w Lisiej Górze oraz GKRPAiU w Lisiej Górze.</w:t>
      </w:r>
    </w:p>
    <w:sectPr w:rsidR="009E1BE4" w:rsidRPr="00B31656" w:rsidSect="00017562">
      <w:pgSz w:w="12240" w:h="15840"/>
      <w:pgMar w:top="1417" w:right="1417" w:bottom="1417" w:left="141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anumerowana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anumerowana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apunktowana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apunktowana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anumerowana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apunktowana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20"/>
  <w:hyphenationZone w:val="425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47730"/>
    <w:rsid w:val="00017562"/>
    <w:rsid w:val="00034616"/>
    <w:rsid w:val="0006063C"/>
    <w:rsid w:val="0015074B"/>
    <w:rsid w:val="0029639D"/>
    <w:rsid w:val="00326F90"/>
    <w:rsid w:val="006B6DBB"/>
    <w:rsid w:val="00883E31"/>
    <w:rsid w:val="009E1BE4"/>
    <w:rsid w:val="00AA1D8D"/>
    <w:rsid w:val="00B31656"/>
    <w:rsid w:val="00B47730"/>
    <w:rsid w:val="00BE3EC5"/>
    <w:rsid w:val="00BE4104"/>
    <w:rsid w:val="00CB0664"/>
    <w:rsid w:val="00E31F25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3E10875D"/>
  <w14:defaultImageDpi w14:val="300"/>
  <w15:docId w15:val="{AA86FD24-AA2D-4885-AF1B-50CC88F1B28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FC693F"/>
    <w:rPr>
      <w:rFonts w:ascii="Arial" w:eastAsia="Arial" w:hAnsi="Arial"/>
      <w:sz w:val="20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Nagwek2">
    <w:name w:val="heading 2"/>
    <w:basedOn w:val="Normalny"/>
    <w:next w:val="Normalny"/>
    <w:link w:val="Nagwek2Znak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Nagwek3">
    <w:name w:val="heading 3"/>
    <w:basedOn w:val="Normalny"/>
    <w:next w:val="Normalny"/>
    <w:link w:val="Nagwek3Znak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Cs w:val="20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Cs w:val="20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E618BF"/>
  </w:style>
  <w:style w:type="paragraph" w:styleId="Stopka">
    <w:name w:val="footer"/>
    <w:basedOn w:val="Normalny"/>
    <w:link w:val="StopkaZnak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E618BF"/>
  </w:style>
  <w:style w:type="paragraph" w:styleId="Bezodstpw">
    <w:name w:val="No Spacing"/>
    <w:uiPriority w:val="1"/>
    <w:qFormat/>
    <w:rsid w:val="00FC693F"/>
    <w:pPr>
      <w:spacing w:after="0" w:line="240" w:lineRule="auto"/>
    </w:pPr>
  </w:style>
  <w:style w:type="character" w:customStyle="1" w:styleId="Nagwek1Znak">
    <w:name w:val="Nagłówek 1 Znak"/>
    <w:basedOn w:val="Domylnaczcionkaakapitu"/>
    <w:link w:val="Nagwek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Nagwek2Znak">
    <w:name w:val="Nagłówek 2 Znak"/>
    <w:basedOn w:val="Domylnaczcionkaakapitu"/>
    <w:link w:val="Nagwek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Nagwek3Znak">
    <w:name w:val="Nagłówek 3 Znak"/>
    <w:basedOn w:val="Domylnaczcionkaakapitu"/>
    <w:link w:val="Nagwek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ytu">
    <w:name w:val="Title"/>
    <w:basedOn w:val="Normalny"/>
    <w:next w:val="Normalny"/>
    <w:link w:val="TytuZnak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ytuZnak">
    <w:name w:val="Tytuł Znak"/>
    <w:basedOn w:val="Domylnaczcionkaakapitu"/>
    <w:link w:val="Tytu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PodtytuZnak">
    <w:name w:val="Podtytuł Znak"/>
    <w:basedOn w:val="Domylnaczcionkaakapitu"/>
    <w:link w:val="Podtytu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Akapitzlist">
    <w:name w:val="List Paragraph"/>
    <w:basedOn w:val="Normalny"/>
    <w:uiPriority w:val="34"/>
    <w:qFormat/>
    <w:rsid w:val="00FC693F"/>
    <w:pPr>
      <w:ind w:left="720"/>
      <w:contextualSpacing/>
    </w:pPr>
  </w:style>
  <w:style w:type="paragraph" w:styleId="Tekstpodstawowy">
    <w:name w:val="Body Text"/>
    <w:basedOn w:val="Normalny"/>
    <w:link w:val="TekstpodstawowyZnak"/>
    <w:uiPriority w:val="99"/>
    <w:unhideWhenUsed/>
    <w:rsid w:val="00AA1D8D"/>
    <w:pPr>
      <w:spacing w:after="120"/>
    </w:pPr>
  </w:style>
  <w:style w:type="character" w:customStyle="1" w:styleId="TekstpodstawowyZnak">
    <w:name w:val="Tekst podstawowy Znak"/>
    <w:basedOn w:val="Domylnaczcionkaakapitu"/>
    <w:link w:val="Tekstpodstawowy"/>
    <w:uiPriority w:val="99"/>
    <w:rsid w:val="00AA1D8D"/>
  </w:style>
  <w:style w:type="paragraph" w:styleId="Tekstpodstawowy2">
    <w:name w:val="Body Text 2"/>
    <w:basedOn w:val="Normalny"/>
    <w:link w:val="Tekstpodstawowy2Znak"/>
    <w:uiPriority w:val="99"/>
    <w:unhideWhenUsed/>
    <w:rsid w:val="00AA1D8D"/>
    <w:pPr>
      <w:spacing w:after="120" w:line="480" w:lineRule="auto"/>
    </w:pPr>
  </w:style>
  <w:style w:type="character" w:customStyle="1" w:styleId="Tekstpodstawowy2Znak">
    <w:name w:val="Tekst podstawowy 2 Znak"/>
    <w:basedOn w:val="Domylnaczcionkaakapitu"/>
    <w:link w:val="Tekstpodstawowy2"/>
    <w:uiPriority w:val="99"/>
    <w:rsid w:val="00AA1D8D"/>
  </w:style>
  <w:style w:type="paragraph" w:styleId="Tekstpodstawowy3">
    <w:name w:val="Body Text 3"/>
    <w:basedOn w:val="Normalny"/>
    <w:link w:val="Tekstpodstawowy3Znak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Tekstpodstawowy3Znak">
    <w:name w:val="Tekst podstawowy 3 Znak"/>
    <w:basedOn w:val="Domylnaczcionkaakapitu"/>
    <w:link w:val="Tekstpodstawowy3"/>
    <w:uiPriority w:val="99"/>
    <w:rsid w:val="00AA1D8D"/>
    <w:rPr>
      <w:sz w:val="16"/>
      <w:szCs w:val="16"/>
    </w:rPr>
  </w:style>
  <w:style w:type="paragraph" w:styleId="Lista">
    <w:name w:val="List"/>
    <w:basedOn w:val="Normalny"/>
    <w:uiPriority w:val="99"/>
    <w:unhideWhenUsed/>
    <w:rsid w:val="00AA1D8D"/>
    <w:pPr>
      <w:ind w:left="360" w:hanging="360"/>
      <w:contextualSpacing/>
    </w:pPr>
  </w:style>
  <w:style w:type="paragraph" w:styleId="Lista2">
    <w:name w:val="List 2"/>
    <w:basedOn w:val="Normalny"/>
    <w:uiPriority w:val="99"/>
    <w:unhideWhenUsed/>
    <w:rsid w:val="00326F90"/>
    <w:pPr>
      <w:ind w:left="720" w:hanging="360"/>
      <w:contextualSpacing/>
    </w:pPr>
  </w:style>
  <w:style w:type="paragraph" w:styleId="Lista3">
    <w:name w:val="List 3"/>
    <w:basedOn w:val="Normalny"/>
    <w:uiPriority w:val="99"/>
    <w:unhideWhenUsed/>
    <w:rsid w:val="00326F90"/>
    <w:pPr>
      <w:ind w:left="1080" w:hanging="360"/>
      <w:contextualSpacing/>
    </w:pPr>
  </w:style>
  <w:style w:type="paragraph" w:styleId="Listapunktowana">
    <w:name w:val="List Bullet"/>
    <w:basedOn w:val="Normalny"/>
    <w:uiPriority w:val="99"/>
    <w:unhideWhenUsed/>
    <w:rsid w:val="00326F90"/>
    <w:pPr>
      <w:numPr>
        <w:numId w:val="1"/>
      </w:numPr>
      <w:contextualSpacing/>
    </w:pPr>
  </w:style>
  <w:style w:type="paragraph" w:styleId="Listapunktowana2">
    <w:name w:val="List Bullet 2"/>
    <w:basedOn w:val="Normalny"/>
    <w:uiPriority w:val="99"/>
    <w:unhideWhenUsed/>
    <w:rsid w:val="00326F90"/>
    <w:pPr>
      <w:numPr>
        <w:numId w:val="2"/>
      </w:numPr>
      <w:contextualSpacing/>
    </w:pPr>
  </w:style>
  <w:style w:type="paragraph" w:styleId="Listapunktowana3">
    <w:name w:val="List Bullet 3"/>
    <w:basedOn w:val="Normalny"/>
    <w:uiPriority w:val="99"/>
    <w:unhideWhenUsed/>
    <w:rsid w:val="00326F90"/>
    <w:pPr>
      <w:numPr>
        <w:numId w:val="3"/>
      </w:numPr>
      <w:contextualSpacing/>
    </w:pPr>
  </w:style>
  <w:style w:type="paragraph" w:styleId="Listanumerowana">
    <w:name w:val="List Number"/>
    <w:basedOn w:val="Normalny"/>
    <w:uiPriority w:val="99"/>
    <w:unhideWhenUsed/>
    <w:rsid w:val="00326F90"/>
    <w:pPr>
      <w:numPr>
        <w:numId w:val="5"/>
      </w:numPr>
      <w:contextualSpacing/>
    </w:pPr>
  </w:style>
  <w:style w:type="paragraph" w:styleId="Listanumerowana2">
    <w:name w:val="List Number 2"/>
    <w:basedOn w:val="Normalny"/>
    <w:uiPriority w:val="99"/>
    <w:unhideWhenUsed/>
    <w:rsid w:val="0029639D"/>
    <w:pPr>
      <w:numPr>
        <w:numId w:val="6"/>
      </w:numPr>
      <w:contextualSpacing/>
    </w:pPr>
  </w:style>
  <w:style w:type="paragraph" w:styleId="Listanumerowana3">
    <w:name w:val="List Number 3"/>
    <w:basedOn w:val="Normalny"/>
    <w:uiPriority w:val="99"/>
    <w:unhideWhenUsed/>
    <w:rsid w:val="0029639D"/>
    <w:pPr>
      <w:numPr>
        <w:numId w:val="7"/>
      </w:numPr>
      <w:contextualSpacing/>
    </w:pPr>
  </w:style>
  <w:style w:type="paragraph" w:styleId="Lista-kontynuacja">
    <w:name w:val="List Continue"/>
    <w:basedOn w:val="Normalny"/>
    <w:uiPriority w:val="99"/>
    <w:unhideWhenUsed/>
    <w:rsid w:val="0029639D"/>
    <w:pPr>
      <w:spacing w:after="120"/>
      <w:ind w:left="360"/>
      <w:contextualSpacing/>
    </w:pPr>
  </w:style>
  <w:style w:type="paragraph" w:styleId="Lista-kontynuacja2">
    <w:name w:val="List Continue 2"/>
    <w:basedOn w:val="Normalny"/>
    <w:uiPriority w:val="99"/>
    <w:unhideWhenUsed/>
    <w:rsid w:val="0029639D"/>
    <w:pPr>
      <w:spacing w:after="120"/>
      <w:ind w:left="720"/>
      <w:contextualSpacing/>
    </w:pPr>
  </w:style>
  <w:style w:type="paragraph" w:styleId="Lista-kontynuacja3">
    <w:name w:val="List Continue 3"/>
    <w:basedOn w:val="Normalny"/>
    <w:uiPriority w:val="99"/>
    <w:unhideWhenUsed/>
    <w:rsid w:val="0029639D"/>
    <w:pPr>
      <w:spacing w:after="120"/>
      <w:ind w:left="1080"/>
      <w:contextualSpacing/>
    </w:pPr>
  </w:style>
  <w:style w:type="paragraph" w:styleId="Tekstmakra">
    <w:name w:val="macro"/>
    <w:link w:val="TekstmakraZnak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TekstmakraZnak">
    <w:name w:val="Tekst makra Znak"/>
    <w:basedOn w:val="Domylnaczcionkaakapitu"/>
    <w:link w:val="Tekstmakra"/>
    <w:uiPriority w:val="99"/>
    <w:rsid w:val="0029639D"/>
    <w:rPr>
      <w:rFonts w:ascii="Courier" w:hAnsi="Courier"/>
      <w:sz w:val="20"/>
      <w:szCs w:val="20"/>
    </w:rPr>
  </w:style>
  <w:style w:type="paragraph" w:styleId="Cytat">
    <w:name w:val="Quote"/>
    <w:basedOn w:val="Normalny"/>
    <w:next w:val="Normalny"/>
    <w:link w:val="CytatZnak"/>
    <w:uiPriority w:val="29"/>
    <w:qFormat/>
    <w:rsid w:val="00FC693F"/>
    <w:rPr>
      <w:i/>
      <w:iCs/>
      <w:color w:val="000000" w:themeColor="text1"/>
    </w:rPr>
  </w:style>
  <w:style w:type="character" w:customStyle="1" w:styleId="CytatZnak">
    <w:name w:val="Cytat Znak"/>
    <w:basedOn w:val="Domylnaczcionkaakapitu"/>
    <w:link w:val="Cytat"/>
    <w:uiPriority w:val="29"/>
    <w:rsid w:val="00FC693F"/>
    <w:rPr>
      <w:i/>
      <w:iCs/>
      <w:color w:val="000000" w:themeColor="text1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Legenda">
    <w:name w:val="caption"/>
    <w:basedOn w:val="Normalny"/>
    <w:next w:val="Normalny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Pogrubienie">
    <w:name w:val="Strong"/>
    <w:basedOn w:val="Domylnaczcionkaakapitu"/>
    <w:uiPriority w:val="22"/>
    <w:qFormat/>
    <w:rsid w:val="00FC693F"/>
    <w:rPr>
      <w:b/>
      <w:bCs/>
    </w:rPr>
  </w:style>
  <w:style w:type="character" w:styleId="Uwydatnienie">
    <w:name w:val="Emphasis"/>
    <w:basedOn w:val="Domylnaczcionkaakapitu"/>
    <w:uiPriority w:val="20"/>
    <w:qFormat/>
    <w:rsid w:val="00FC693F"/>
    <w:rPr>
      <w:i/>
      <w:iCs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FC693F"/>
    <w:rPr>
      <w:b/>
      <w:bCs/>
      <w:i/>
      <w:iCs/>
      <w:color w:val="4F81BD" w:themeColor="accent1"/>
    </w:rPr>
  </w:style>
  <w:style w:type="character" w:styleId="Wyrnieniedelikatne">
    <w:name w:val="Subtle Emphasis"/>
    <w:basedOn w:val="Domylnaczcionkaakapitu"/>
    <w:uiPriority w:val="19"/>
    <w:qFormat/>
    <w:rsid w:val="00FC693F"/>
    <w:rPr>
      <w:i/>
      <w:iCs/>
      <w:color w:val="808080" w:themeColor="text1" w:themeTint="7F"/>
    </w:rPr>
  </w:style>
  <w:style w:type="character" w:styleId="Wyrnienieintensywne">
    <w:name w:val="Intense Emphasis"/>
    <w:basedOn w:val="Domylnaczcionkaakapitu"/>
    <w:uiPriority w:val="21"/>
    <w:qFormat/>
    <w:rsid w:val="00FC693F"/>
    <w:rPr>
      <w:b/>
      <w:bCs/>
      <w:i/>
      <w:iCs/>
      <w:color w:val="4F81BD" w:themeColor="accent1"/>
    </w:rPr>
  </w:style>
  <w:style w:type="character" w:styleId="Odwoaniedelikatne">
    <w:name w:val="Subtle Reference"/>
    <w:basedOn w:val="Domylnaczcionkaakapitu"/>
    <w:uiPriority w:val="31"/>
    <w:qFormat/>
    <w:rsid w:val="00FC693F"/>
    <w:rPr>
      <w:smallCaps/>
      <w:color w:val="C0504D" w:themeColor="accent2"/>
      <w:u w:val="single"/>
    </w:rPr>
  </w:style>
  <w:style w:type="character" w:styleId="Odwoanieintensywne">
    <w:name w:val="Intense Reference"/>
    <w:basedOn w:val="Domylnaczcionkaakapitu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Tytuksiki">
    <w:name w:val="Book Title"/>
    <w:basedOn w:val="Domylnaczcionkaakapitu"/>
    <w:uiPriority w:val="33"/>
    <w:qFormat/>
    <w:rsid w:val="00FC693F"/>
    <w:rPr>
      <w:b/>
      <w:bCs/>
      <w:smallCaps/>
      <w:spacing w:val="5"/>
    </w:rPr>
  </w:style>
  <w:style w:type="paragraph" w:styleId="Nagwekspisutreci">
    <w:name w:val="TOC Heading"/>
    <w:basedOn w:val="Nagwek1"/>
    <w:next w:val="Normalny"/>
    <w:uiPriority w:val="39"/>
    <w:semiHidden/>
    <w:unhideWhenUsed/>
    <w:qFormat/>
    <w:rsid w:val="00FC693F"/>
    <w:pPr>
      <w:outlineLvl w:val="9"/>
    </w:pPr>
  </w:style>
  <w:style w:type="table" w:styleId="Tabela-Siatka">
    <w:name w:val="Table Grid"/>
    <w:basedOn w:val="Standardowy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Jasnecieniowanie">
    <w:name w:val="Light Shading"/>
    <w:basedOn w:val="Standardowy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Jasnecieniowanieakcent1">
    <w:name w:val="Light Shading Accent 1"/>
    <w:basedOn w:val="Standardowy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Jasnecieniowanieakcent2">
    <w:name w:val="Light Shading Accent 2"/>
    <w:basedOn w:val="Standardowy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Jasnecieniowanieakcent3">
    <w:name w:val="Light Shading Accent 3"/>
    <w:basedOn w:val="Standardowy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Jasnecieniowanieakcent4">
    <w:name w:val="Light Shading Accent 4"/>
    <w:basedOn w:val="Standardowy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Jasnecieniowanieakcent5">
    <w:name w:val="Light Shading Accent 5"/>
    <w:basedOn w:val="Standardowy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Jasnecieniowanieakcent6">
    <w:name w:val="Light Shading Accent 6"/>
    <w:basedOn w:val="Standardowy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Jasnalista">
    <w:name w:val="Light List"/>
    <w:basedOn w:val="Standardowy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Jasnalistaakcent1">
    <w:name w:val="Light List Accent 1"/>
    <w:basedOn w:val="Standardowy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Jasnalistaakcent2">
    <w:name w:val="Light List Accent 2"/>
    <w:basedOn w:val="Standardowy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Jasnalistaakcent3">
    <w:name w:val="Light List Accent 3"/>
    <w:basedOn w:val="Standardowy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Jasnalistaakcent4">
    <w:name w:val="Light List Accent 4"/>
    <w:basedOn w:val="Standardowy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Jasnalistaakcent5">
    <w:name w:val="Light List Accent 5"/>
    <w:basedOn w:val="Standardowy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Jasnalistaakcent6">
    <w:name w:val="Light List Accent 6"/>
    <w:basedOn w:val="Standardowy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Jasnasiatka">
    <w:name w:val="Light Grid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Jasnasiatkaakcent1">
    <w:name w:val="Light Grid Accent 1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Jasnasiatkaakcent2">
    <w:name w:val="Light Grid Accent 2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Jasnasiatkaakcent3">
    <w:name w:val="Light Grid Accent 3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Jasnasiatkaakcent4">
    <w:name w:val="Light Grid Accent 4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Jasnasiatkaakcent5">
    <w:name w:val="Light Grid Accent 5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Jasnasiatkaakcent6">
    <w:name w:val="Light Grid Accent 6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redniecieniowanie1">
    <w:name w:val="Medium Shading 1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1">
    <w:name w:val="Medium Shading 1 Accent 1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2">
    <w:name w:val="Medium Shading 1 Accent 2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3">
    <w:name w:val="Medium Shading 1 Accent 3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4">
    <w:name w:val="Medium Shading 1 Accent 4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5">
    <w:name w:val="Medium Shading 1 Accent 5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6">
    <w:name w:val="Medium Shading 1 Accent 6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2">
    <w:name w:val="Medium Shading 2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1">
    <w:name w:val="Medium Shading 2 Accent 1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2">
    <w:name w:val="Medium Shading 2 Accent 2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3">
    <w:name w:val="Medium Shading 2 Accent 3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4">
    <w:name w:val="Medium Shading 2 Accent 4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5">
    <w:name w:val="Medium Shading 2 Accent 5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6">
    <w:name w:val="Medium Shading 2 Accent 6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alista1">
    <w:name w:val="Medium List 1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rednialista1akcent1">
    <w:name w:val="Medium List 1 Accent 1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rednialista1akcent2">
    <w:name w:val="Medium List 1 Accent 2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rednialista1akcent3">
    <w:name w:val="Medium List 1 Accent 3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rednialista1akcent4">
    <w:name w:val="Medium List 1 Accent 4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rednialista1akcent5">
    <w:name w:val="Medium List 1 Accent 5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rednialista1akcent6">
    <w:name w:val="Medium List 1 Accent 6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rednialista2">
    <w:name w:val="Medium List 2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1">
    <w:name w:val="Medium List 2 Accent 1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2">
    <w:name w:val="Medium List 2 Accent 2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3">
    <w:name w:val="Medium List 2 Accent 3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4">
    <w:name w:val="Medium List 2 Accent 4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5">
    <w:name w:val="Medium List 2 Accent 5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6">
    <w:name w:val="Medium List 2 Accent 6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siatka1">
    <w:name w:val="Medium Grid 1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redniasiatka1akcent1">
    <w:name w:val="Medium Grid 1 Accent 1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redniasiatka1akcent2">
    <w:name w:val="Medium Grid 1 Accent 2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redniasiatka1akcent3">
    <w:name w:val="Medium Grid 1 Accent 3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redniasiatka1akcent4">
    <w:name w:val="Medium Grid 1 Accent 4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redniasiatka1akcent5">
    <w:name w:val="Medium Grid 1 Accent 5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redniasiatka1akcent6">
    <w:name w:val="Medium Grid 1 Accent 6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redniasiatka2">
    <w:name w:val="Medium Grid 2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1">
    <w:name w:val="Medium Grid 2 Accent 1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2">
    <w:name w:val="Medium Grid 2 Accent 2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3">
    <w:name w:val="Medium Grid 2 Accent 3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4">
    <w:name w:val="Medium Grid 2 Accent 4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5">
    <w:name w:val="Medium Grid 2 Accent 5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6">
    <w:name w:val="Medium Grid 2 Accent 6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3">
    <w:name w:val="Medium Grid 3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redniasiatka3akcent1">
    <w:name w:val="Medium Grid 3 Accent 1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redniasiatka3akcent2">
    <w:name w:val="Medium Grid 3 Accent 2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redniasiatka3akcent3">
    <w:name w:val="Medium Grid 3 Accent 3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redniasiatka3akcent4">
    <w:name w:val="Medium Grid 3 Accent 4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redniasiatka3akcent5">
    <w:name w:val="Medium Grid 3 Accent 5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redniasiatka3akcent6">
    <w:name w:val="Medium Grid 3 Accent 6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Ciemnalista">
    <w:name w:val="Dark List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Ciemnalista2akcent1">
    <w:name w:val="Dark List Accent 1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Ciemnalistaakcent2">
    <w:name w:val="Dark List Accent 2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Ciemnalistaakcent3">
    <w:name w:val="Dark List Accent 3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Ciemnalistaakcent4">
    <w:name w:val="Dark List Accent 4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Ciemnalistaakcent5">
    <w:name w:val="Dark List Accent 5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Ciemnalistaakcent6">
    <w:name w:val="Dark List Accent 6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Kolorowecieniowanie">
    <w:name w:val="Colorful Shading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1">
    <w:name w:val="Colorful Shading Accent 1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2">
    <w:name w:val="Colorful Shading Accent 2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3">
    <w:name w:val="Colorful Shading Accent 3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Kolorowecieniowanieakcent4">
    <w:name w:val="Colorful Shading Accent 4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5">
    <w:name w:val="Colorful Shading Accent 5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6">
    <w:name w:val="Colorful Shading Accent 6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alista">
    <w:name w:val="Colorful List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Kolorowalistaakcent1">
    <w:name w:val="Colorful List Accent 1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Kolorowalistaakcent2">
    <w:name w:val="Colorful List Accent 2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Kolorowalistaakcent3">
    <w:name w:val="Colorful List Accent 3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Kolorowalistaakcent4">
    <w:name w:val="Colorful List Accent 4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Kolorowalistaakcent5">
    <w:name w:val="Colorful List Accent 5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Kolorowalistaakcent6">
    <w:name w:val="Colorful List Accent 6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Kolorowasiatka">
    <w:name w:val="Colorful Grid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Kolorowasiatkaakcent1">
    <w:name w:val="Colorful Grid Accent 1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Kolorowasiatkaakcent2">
    <w:name w:val="Colorful Grid Accent 2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Kolorowasiatkaakcent3">
    <w:name w:val="Colorful Grid Accent 3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Kolorowasiatkaakcent4">
    <w:name w:val="Colorful Grid Accent 4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Kolorowasiatkaakcent5">
    <w:name w:val="Colorful Grid Accent 5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Kolorowasiatkaakcent6">
    <w:name w:val="Colorful Grid Accent 6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213</Words>
  <Characters>1280</Characters>
  <Application>Microsoft Office Word</Application>
  <DocSecurity>0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1491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Anna Brzezińska</cp:lastModifiedBy>
  <cp:revision>6</cp:revision>
  <dcterms:created xsi:type="dcterms:W3CDTF">2013-12-23T23:15:00Z</dcterms:created>
  <dcterms:modified xsi:type="dcterms:W3CDTF">2026-11-04T13:43:00Z</dcterms:modified>
  <cp:category/>
</cp:coreProperties>
</file>